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בשוק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לאוכל ולקניות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קניות בשוק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שאלת מחיר והשוואה בין שוק לסופרמרקט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ביום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עם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"עגבניות! מלפפונים! הכול בעשרה שקלים!"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שהם טריים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פיתה 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הולכת עם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קונות פיתה 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מלפפונים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התפוחים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(💰)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(🛍️)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(🏷️)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שוק מול 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לפחות שני הבדלים ברורים, למשל: מחיר, אווירה, אפשרות להתמקח.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עם לפחות שתי מילים מאוצר המילים, למשל לקנות, כמה זה עולה.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ביום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מהגלוסר כמו לחם, חלב,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כמו מחיר או אפשרות להתמקח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מהעמוד לפני תחילת התרגול כדי לחזק הבנת שמיעה.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מהתאמת המילים לפני המשימות הכתובות.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לשחק בזוגות דו-שיח קצר של קונה ומוכר.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בשוק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מילים על אוכל וקניות. קוראים סיפור קטן על ילדה שהולכת עם אמא לשוק.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בחוץ שמוכרים בו פירות וירקות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סופרמרקט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חנות גדולה שקונים בה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להתמקח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כדי להוריד את המחיר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חדש, לא ישן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צריך לשלם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לבחור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מה לוקחים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עגבניה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ירק אדום ועגול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עגול ושטוח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יש 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הולך איתה לשוק?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המוכרים אומרים בקול רם?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"השוק סגור היום"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"עגבניות! מלפפונים! הכול בעשרה שקלים!"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"אין ירקות"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"בואו מחר"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אמא בודקת בתפוחים?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שהם מתוקים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שהם זולים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שהם טריים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קונות לפני שחוזרות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פיתה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בשכונה יש שוק בכל יום שלישי.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הילדה הולכת לשוק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אוהבת לבחור בעצמה את התפוחים.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הן קונות גלידה.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הולכת לשם עם אמא אחרי בית הספר כדי __________ פירות וירקות.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יום שלישי יש __________ שלנו שוק קטן.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המוכרים צועקים: "עגבניות! __________! הכול בעשרה שקלים!"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אמא אוהבת לבחור בעצמה את __________ ולבדוק שהם טריים.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🛍️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🏷️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לקנות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💰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כמה זה 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למדתי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שוק מול 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הבדלים בין קנייה בשוק לקנייה בסופרמרקט.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קנייה שעשיתם בעצמכם - מה קניתם וכמה זה עלה?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יום יש שוק בשכונה?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מאוצר המילים של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שוק לסופרמרקט?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 בשוק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