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לאוכל ולקניות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קניות בשוק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שאלת מחיר והשוואה בין שוק לסופרמרקט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ביום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עם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מלפפונים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(💰)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(🛍️)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כתיבה: שוק מול סופרמרקט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לפחות שני הבדלים ברורים, למשל: מחיר, אווירה, אפשרות להתמקח.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עם לפחות שתי מילים מאוצר המילים, למשל לקנות, כמה זה עולה.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ביום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מהגלוסר כמו לחם, חלב,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כמו מחיר או אפשרות להתמקח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מהעמוד לפני תחילת התרגול כדי לחזק הבנת שמיעה.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מהתאמת המילים לפני המשימות הכתובות.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לשחק בזוגות דו-שיח קצר של קונה ומוכר.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אוכל וקניות בשוק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וביטויים הקשורים לקניית אוכל, על פי הסיפור על הילדה שהולכת עם אמא לשוק בכל יום שלישי.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מלפפונים  ·  לקנות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יש שוק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ביום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ביום 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עם מי הולכת הילדה לשוק?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 אמא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בשכונה יש שוק בכל יום שלישי.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אמא אוהבת לבחור בעצמה את התפוחים.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הולכת לשם עם אמא אחרי בית הספר כדי __________ פירות וירקות.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המוכרים צועקים: "עגבניות! __________! הכול בעשרה שקלים!"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🛍️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לקנות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💰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כתיבה: שוק מול סופרמרקט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הבדלים בין קנייה בשוק לקנייה בסופרמרקט.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קנייה שעשיתם בעצמכם - מה קניתם וכמה זה עלה?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יום יש שוק בשכונה?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מאוצר המילים של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אוכל וקניות בשוק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